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CFF2F" w14:textId="3C4A6D4A" w:rsidR="008349AC" w:rsidRPr="00911016" w:rsidRDefault="00B24F3B" w:rsidP="00C520C0">
      <w:pPr>
        <w:pStyle w:val="Heading1"/>
        <w:ind w:firstLine="720"/>
        <w:rPr>
          <w:rFonts w:asciiTheme="minorHAnsi" w:hAnsiTheme="minorHAnsi"/>
          <w:color w:val="000000" w:themeColor="text1"/>
        </w:rPr>
      </w:pPr>
      <w:r w:rsidRPr="00911016">
        <w:rPr>
          <w:rFonts w:asciiTheme="minorHAnsi" w:hAnsiTheme="minorHAnsi"/>
          <w:color w:val="000000" w:themeColor="text1"/>
        </w:rPr>
        <w:t>Badia Ontra</w:t>
      </w:r>
    </w:p>
    <w:p w14:paraId="78C66C56" w14:textId="2ED7D6FF" w:rsidR="008349AC" w:rsidRDefault="00B24F3B">
      <w:r>
        <w:t>919 Merritt St., Bridgeport, CT, 06606</w:t>
      </w:r>
      <w:r>
        <w:br/>
        <w:t xml:space="preserve">203-545-3276 </w:t>
      </w:r>
      <w:r w:rsidR="00911016">
        <w:t xml:space="preserve"> </w:t>
      </w:r>
      <w:r>
        <w:t xml:space="preserve"> buddy@bostonect.com </w:t>
      </w:r>
      <w:r w:rsidR="00911016">
        <w:t xml:space="preserve">                                             </w:t>
      </w:r>
      <w:r w:rsidRPr="00304299">
        <w:rPr>
          <w:color w:val="0070C0"/>
        </w:rPr>
        <w:t>https://www.linkedin.com/in/buddy-ontra-0229bb25/</w:t>
      </w:r>
    </w:p>
    <w:p w14:paraId="6F371D45" w14:textId="72DA839A" w:rsidR="008349AC" w:rsidRPr="00911016" w:rsidRDefault="00C45BAB" w:rsidP="00C520C0">
      <w:pPr>
        <w:pStyle w:val="Heading2"/>
        <w:ind w:firstLine="720"/>
        <w:rPr>
          <w:rFonts w:asciiTheme="minorHAnsi" w:hAnsiTheme="minorHAnsi"/>
          <w:color w:val="000000" w:themeColor="text1"/>
        </w:rPr>
      </w:pPr>
      <w:r w:rsidRPr="00911016">
        <w:rPr>
          <w:rFonts w:asciiTheme="minorHAnsi" w:hAnsiTheme="minorHAnsi"/>
          <w:color w:val="000000" w:themeColor="text1"/>
        </w:rPr>
        <w:t>Summary</w:t>
      </w:r>
    </w:p>
    <w:p w14:paraId="306ACDFD" w14:textId="330D1DC7" w:rsidR="008349AC" w:rsidRDefault="006C3BAD">
      <w:r>
        <w:t>Work</w:t>
      </w:r>
      <w:r w:rsidR="00304299">
        <w:t>ing</w:t>
      </w:r>
      <w:r>
        <w:t xml:space="preserve"> with natural and engineered stone since 1982. Mostly as countertop fabricator with 5 years of commercial installation experience mixed in. Owned a high end primarily single-family residential countertop fabrication shop from 2005 through 2024. Accredited by the Natural Stone Institute</w:t>
      </w:r>
      <w:r w:rsidR="00370253">
        <w:t xml:space="preserve"> (NSI)</w:t>
      </w:r>
      <w:r>
        <w:t xml:space="preserve"> since 2016. Facilitated fabricator education since 201</w:t>
      </w:r>
      <w:r w:rsidR="00370253">
        <w:t>1</w:t>
      </w:r>
      <w:r>
        <w:t xml:space="preserve"> at domestic and international trade shows and </w:t>
      </w:r>
      <w:r w:rsidR="00370253">
        <w:t>regional NSI Stone Summits.</w:t>
      </w:r>
    </w:p>
    <w:p w14:paraId="0C6D285F" w14:textId="393D31BA" w:rsidR="008349AC" w:rsidRPr="00911016" w:rsidRDefault="00C45BAB" w:rsidP="00C520C0">
      <w:pPr>
        <w:pStyle w:val="Heading2"/>
        <w:ind w:firstLine="720"/>
        <w:rPr>
          <w:rFonts w:asciiTheme="minorHAnsi" w:hAnsiTheme="minorHAnsi"/>
          <w:color w:val="000000" w:themeColor="text1"/>
        </w:rPr>
      </w:pPr>
      <w:r w:rsidRPr="00911016">
        <w:rPr>
          <w:rFonts w:asciiTheme="minorHAnsi" w:hAnsiTheme="minorHAnsi"/>
          <w:color w:val="000000" w:themeColor="text1"/>
        </w:rPr>
        <w:t>Skills</w:t>
      </w:r>
    </w:p>
    <w:p w14:paraId="2CA67122" w14:textId="77777777" w:rsidR="00204322" w:rsidRDefault="00D62BCD" w:rsidP="00204322">
      <w:pPr>
        <w:rPr>
          <w:color w:val="000000" w:themeColor="text1"/>
        </w:rPr>
      </w:pPr>
      <w:r>
        <w:t>Leadership</w:t>
      </w:r>
      <w:r w:rsidR="00911016">
        <w:t xml:space="preserve">                                                                                                                                                 Fabricator Safety                                                                                                                                       </w:t>
      </w:r>
      <w:r>
        <w:t xml:space="preserve">Technical </w:t>
      </w:r>
      <w:r w:rsidR="00911016">
        <w:t>S</w:t>
      </w:r>
      <w:r>
        <w:t xml:space="preserve">tone </w:t>
      </w:r>
      <w:r w:rsidR="00911016">
        <w:t>E</w:t>
      </w:r>
      <w:r>
        <w:t>xpertise</w:t>
      </w:r>
      <w:r>
        <w:br/>
        <w:t xml:space="preserve">Facilitation of </w:t>
      </w:r>
      <w:r w:rsidR="00911016">
        <w:t>E</w:t>
      </w:r>
      <w:r>
        <w:t xml:space="preserve">ducation and </w:t>
      </w:r>
      <w:r w:rsidR="00911016">
        <w:t>Tr</w:t>
      </w:r>
      <w:r>
        <w:t>aining</w:t>
      </w:r>
      <w:r>
        <w:br/>
      </w:r>
    </w:p>
    <w:p w14:paraId="36B2B82C" w14:textId="77777777" w:rsidR="00204322" w:rsidRDefault="00204322" w:rsidP="00C520C0">
      <w:pPr>
        <w:ind w:firstLine="720"/>
      </w:pPr>
      <w:r>
        <w:rPr>
          <w:b/>
          <w:bCs/>
          <w:color w:val="000000" w:themeColor="text1"/>
          <w:sz w:val="26"/>
          <w:szCs w:val="26"/>
        </w:rPr>
        <w:t>Professional</w:t>
      </w:r>
      <w:r w:rsidRPr="00911016">
        <w:rPr>
          <w:b/>
          <w:bCs/>
          <w:color w:val="000000" w:themeColor="text1"/>
          <w:sz w:val="26"/>
          <w:szCs w:val="26"/>
        </w:rPr>
        <w:t xml:space="preserve"> </w:t>
      </w:r>
      <w:r w:rsidR="00911016" w:rsidRPr="00911016">
        <w:rPr>
          <w:b/>
          <w:bCs/>
          <w:color w:val="000000" w:themeColor="text1"/>
          <w:sz w:val="26"/>
          <w:szCs w:val="26"/>
        </w:rPr>
        <w:t xml:space="preserve">Experience                                                                                                           </w:t>
      </w:r>
      <w:r w:rsidR="00BD7CA1">
        <w:t>Consultant/Management                                                                                                                  Bostone. Bridgeport, CT</w:t>
      </w:r>
      <w:r>
        <w:br/>
      </w:r>
      <w:r w:rsidR="00BD7CA1">
        <w:t>October 2024</w:t>
      </w:r>
      <w:r>
        <w:t xml:space="preserve"> – </w:t>
      </w:r>
      <w:r w:rsidR="00BD7CA1">
        <w:t>Present</w:t>
      </w:r>
      <w:r>
        <w:t xml:space="preserve">   </w:t>
      </w:r>
    </w:p>
    <w:p w14:paraId="5A54270E" w14:textId="1A366884" w:rsidR="00204322" w:rsidRDefault="00204322" w:rsidP="00204322">
      <w:pPr>
        <w:ind w:left="720"/>
      </w:pPr>
      <w:r>
        <w:t xml:space="preserve">Sharing my 40+ years of experience                                                                                     Fabricator consultation-safety training, shop efficiency                                                   Management of complex natural stone projects                                                                    Expert consultation </w:t>
      </w:r>
      <w:r w:rsidR="00FA22C9">
        <w:t xml:space="preserve">within and </w:t>
      </w:r>
      <w:r>
        <w:t>outside the stone industry</w:t>
      </w:r>
    </w:p>
    <w:p w14:paraId="465C1601" w14:textId="77777777" w:rsidR="00F83C3E" w:rsidRDefault="00BD7CA1" w:rsidP="00F83C3E">
      <w:r>
        <w:t>Owner/Operator</w:t>
      </w:r>
      <w:r>
        <w:br/>
        <w:t xml:space="preserve">Ontra Stone Concepts. Bridgeport, CT </w:t>
      </w:r>
      <w:r>
        <w:br/>
        <w:t>August 2005– December 2024</w:t>
      </w:r>
      <w:r w:rsidR="00F83C3E">
        <w:t xml:space="preserve">                                                                                                                </w:t>
      </w:r>
    </w:p>
    <w:p w14:paraId="5991CA7B" w14:textId="278C5ED4" w:rsidR="00D62BCD" w:rsidRDefault="00BD7CA1" w:rsidP="00F83C3E">
      <w:pPr>
        <w:ind w:left="360"/>
      </w:pPr>
      <w:r>
        <w:t>Owned and managed residential countertop fabrication/installation shop</w:t>
      </w:r>
      <w:r w:rsidR="00F83C3E">
        <w:t xml:space="preserve">                                </w:t>
      </w:r>
      <w:r w:rsidR="00D62BCD">
        <w:t>Achieved NSI Accreditation in 2016</w:t>
      </w:r>
    </w:p>
    <w:p w14:paraId="070FBF0E" w14:textId="77777777" w:rsidR="00D62BCD" w:rsidRDefault="00D62BCD" w:rsidP="00BD7CA1">
      <w:pPr>
        <w:pStyle w:val="ListBullet"/>
        <w:numPr>
          <w:ilvl w:val="0"/>
          <w:numId w:val="0"/>
        </w:numPr>
        <w:ind w:left="360" w:hanging="360"/>
      </w:pPr>
    </w:p>
    <w:p w14:paraId="4C1F5085" w14:textId="07964B4E" w:rsidR="00D62BCD" w:rsidRDefault="00D62BCD" w:rsidP="00304299">
      <w:pPr>
        <w:pStyle w:val="ListBullet"/>
        <w:numPr>
          <w:ilvl w:val="0"/>
          <w:numId w:val="0"/>
        </w:numPr>
      </w:pPr>
      <w:r>
        <w:t>Fabrication/Installation Manager</w:t>
      </w:r>
    </w:p>
    <w:p w14:paraId="70D36A66" w14:textId="4167163C" w:rsidR="00D62BCD" w:rsidRDefault="00D62BCD" w:rsidP="00204322">
      <w:pPr>
        <w:pStyle w:val="ListBullet"/>
        <w:numPr>
          <w:ilvl w:val="0"/>
          <w:numId w:val="0"/>
        </w:numPr>
        <w:ind w:left="360" w:hanging="360"/>
      </w:pPr>
      <w:r>
        <w:t>Maselli Marble. Hamden CT</w:t>
      </w:r>
    </w:p>
    <w:p w14:paraId="0C721F51" w14:textId="5035468B" w:rsidR="00D62BCD" w:rsidRDefault="00D62BCD" w:rsidP="00204322">
      <w:pPr>
        <w:pStyle w:val="ListBullet"/>
        <w:numPr>
          <w:ilvl w:val="0"/>
          <w:numId w:val="0"/>
        </w:numPr>
        <w:ind w:left="360" w:hanging="360"/>
      </w:pPr>
      <w:r>
        <w:t>August 1986-</w:t>
      </w:r>
      <w:r w:rsidR="00204322">
        <w:t>November</w:t>
      </w:r>
      <w:r>
        <w:t xml:space="preserve"> 200</w:t>
      </w:r>
      <w:r w:rsidR="00204322">
        <w:t>5</w:t>
      </w:r>
      <w:r w:rsidR="00F83C3E">
        <w:t xml:space="preserve"> </w:t>
      </w:r>
    </w:p>
    <w:p w14:paraId="69A6C069" w14:textId="77777777" w:rsidR="00F83C3E" w:rsidRDefault="00F83C3E" w:rsidP="00F83C3E">
      <w:pPr>
        <w:pStyle w:val="ListBullet"/>
        <w:numPr>
          <w:ilvl w:val="0"/>
          <w:numId w:val="0"/>
        </w:numPr>
        <w:ind w:firstLine="360"/>
      </w:pPr>
    </w:p>
    <w:p w14:paraId="2976015B" w14:textId="298621B2" w:rsidR="00D62BCD" w:rsidRDefault="00204322" w:rsidP="00F83C3E">
      <w:pPr>
        <w:pStyle w:val="ListBullet"/>
        <w:numPr>
          <w:ilvl w:val="0"/>
          <w:numId w:val="0"/>
        </w:numPr>
        <w:ind w:firstLine="360"/>
      </w:pPr>
      <w:r>
        <w:t>Production manager</w:t>
      </w:r>
      <w:r w:rsidR="00D62BCD">
        <w:t xml:space="preserve"> of a stone fabrication</w:t>
      </w:r>
      <w:r w:rsidR="00C520C0">
        <w:t>/</w:t>
      </w:r>
      <w:r w:rsidR="00D62BCD">
        <w:t>installation facility</w:t>
      </w:r>
    </w:p>
    <w:p w14:paraId="7D3D7213" w14:textId="77777777" w:rsidR="00204322" w:rsidRDefault="00204322" w:rsidP="00204322">
      <w:pPr>
        <w:pStyle w:val="ListBullet"/>
        <w:numPr>
          <w:ilvl w:val="0"/>
          <w:numId w:val="0"/>
        </w:numPr>
        <w:ind w:left="360"/>
      </w:pPr>
    </w:p>
    <w:p w14:paraId="0B6E292E" w14:textId="04A6F7E1" w:rsidR="00204322" w:rsidRDefault="00204322" w:rsidP="00204322">
      <w:pPr>
        <w:pStyle w:val="ListBullet"/>
        <w:numPr>
          <w:ilvl w:val="0"/>
          <w:numId w:val="0"/>
        </w:numPr>
        <w:ind w:left="360" w:hanging="360"/>
      </w:pPr>
      <w:r>
        <w:lastRenderedPageBreak/>
        <w:t>Union</w:t>
      </w:r>
      <w:r w:rsidR="00656D54">
        <w:t>-Bricklayers and Allied Craftsmen-</w:t>
      </w:r>
      <w:r>
        <w:t xml:space="preserve"> Stone Setter</w:t>
      </w:r>
    </w:p>
    <w:p w14:paraId="70E27BDF" w14:textId="0571CC4A" w:rsidR="00204322" w:rsidRDefault="00204322" w:rsidP="00204322">
      <w:pPr>
        <w:pStyle w:val="ListBullet"/>
        <w:numPr>
          <w:ilvl w:val="0"/>
          <w:numId w:val="0"/>
        </w:numPr>
        <w:ind w:left="360" w:hanging="360"/>
      </w:pPr>
      <w:r>
        <w:t>Continental Marble and Granite. Houston, TX</w:t>
      </w:r>
    </w:p>
    <w:p w14:paraId="267A3DB3" w14:textId="77777777" w:rsidR="00204322" w:rsidRDefault="00204322" w:rsidP="00204322">
      <w:pPr>
        <w:pStyle w:val="ListBullet"/>
        <w:numPr>
          <w:ilvl w:val="0"/>
          <w:numId w:val="0"/>
        </w:numPr>
        <w:ind w:left="360" w:hanging="360"/>
      </w:pPr>
      <w:r>
        <w:t>February 1982-May 1986</w:t>
      </w:r>
    </w:p>
    <w:p w14:paraId="55623D5B" w14:textId="79B6D4AC" w:rsidR="00204322" w:rsidRDefault="00204322" w:rsidP="00204322">
      <w:pPr>
        <w:pStyle w:val="ListBullet"/>
        <w:numPr>
          <w:ilvl w:val="0"/>
          <w:numId w:val="0"/>
        </w:numPr>
      </w:pPr>
      <w:r>
        <w:t>Moliterno Stone Erectors. Bridgeport, CT</w:t>
      </w:r>
    </w:p>
    <w:p w14:paraId="007A91D6" w14:textId="75B7AEB8" w:rsidR="00204322" w:rsidRDefault="00F83C3E" w:rsidP="00204322">
      <w:pPr>
        <w:pStyle w:val="ListBullet"/>
        <w:numPr>
          <w:ilvl w:val="0"/>
          <w:numId w:val="0"/>
        </w:numPr>
        <w:ind w:left="360" w:hanging="360"/>
      </w:pPr>
      <w:r>
        <w:t>October 1988-December 1989</w:t>
      </w:r>
      <w:r w:rsidR="00204322">
        <w:tab/>
      </w:r>
    </w:p>
    <w:p w14:paraId="05E8ED7C" w14:textId="77777777" w:rsidR="00F83C3E" w:rsidRDefault="00F83C3E" w:rsidP="00204322">
      <w:pPr>
        <w:pStyle w:val="ListBullet"/>
        <w:numPr>
          <w:ilvl w:val="0"/>
          <w:numId w:val="0"/>
        </w:numPr>
        <w:ind w:left="360"/>
      </w:pPr>
    </w:p>
    <w:p w14:paraId="47C1B6CF" w14:textId="3D306D96" w:rsidR="00204322" w:rsidRDefault="00204322" w:rsidP="00204322">
      <w:pPr>
        <w:pStyle w:val="ListBullet"/>
        <w:numPr>
          <w:ilvl w:val="0"/>
          <w:numId w:val="0"/>
        </w:numPr>
        <w:ind w:left="360"/>
      </w:pPr>
      <w:r>
        <w:t>Installation of natural stone pavers and cladding on commercial projects</w:t>
      </w:r>
    </w:p>
    <w:p w14:paraId="624417F6" w14:textId="77777777" w:rsidR="008349AC" w:rsidRPr="00204322" w:rsidRDefault="00C45BAB" w:rsidP="00C520C0">
      <w:pPr>
        <w:pStyle w:val="Heading2"/>
        <w:ind w:firstLine="720"/>
        <w:rPr>
          <w:rFonts w:asciiTheme="minorHAnsi" w:hAnsiTheme="minorHAnsi"/>
          <w:color w:val="000000" w:themeColor="text1"/>
        </w:rPr>
      </w:pPr>
      <w:r w:rsidRPr="00204322">
        <w:rPr>
          <w:rFonts w:asciiTheme="minorHAnsi" w:hAnsiTheme="minorHAnsi"/>
          <w:color w:val="000000" w:themeColor="text1"/>
        </w:rPr>
        <w:t>Education</w:t>
      </w:r>
    </w:p>
    <w:p w14:paraId="07A7C499" w14:textId="77777777" w:rsidR="00C520C0" w:rsidRDefault="00204322" w:rsidP="00EE223E">
      <w:r>
        <w:t>Berkshire School 1981</w:t>
      </w:r>
    </w:p>
    <w:p w14:paraId="46A0A866" w14:textId="2CDBCF2D" w:rsidR="00EE223E" w:rsidRDefault="006F3C4F" w:rsidP="00C520C0">
      <w:pPr>
        <w:ind w:firstLine="720"/>
      </w:pPr>
      <w:r w:rsidRPr="006F3C4F">
        <w:rPr>
          <w:b/>
          <w:bCs/>
          <w:sz w:val="24"/>
          <w:szCs w:val="24"/>
        </w:rPr>
        <w:t xml:space="preserve">Volunteer </w:t>
      </w:r>
      <w:r w:rsidRPr="006F3C4F">
        <w:rPr>
          <w:b/>
          <w:bCs/>
          <w:sz w:val="26"/>
          <w:szCs w:val="26"/>
        </w:rPr>
        <w:t>History</w:t>
      </w:r>
      <w:r>
        <w:rPr>
          <w:b/>
          <w:bCs/>
          <w:sz w:val="26"/>
          <w:szCs w:val="26"/>
        </w:rPr>
        <w:t xml:space="preserve"> </w:t>
      </w:r>
      <w:r w:rsidR="00EE223E">
        <w:t xml:space="preserve">                                                                                                                             Connecticut Department of Corrections                                                                                          Several Correctional facilities in CT                                                                                                   August </w:t>
      </w:r>
      <w:r w:rsidR="00EE223E" w:rsidRPr="00EE223E">
        <w:t>2002-</w:t>
      </w:r>
      <w:r w:rsidR="00EE223E">
        <w:t xml:space="preserve">December </w:t>
      </w:r>
      <w:r w:rsidR="00EE223E" w:rsidRPr="00EE223E">
        <w:t>2011</w:t>
      </w:r>
    </w:p>
    <w:p w14:paraId="25F8016B" w14:textId="6653CE45" w:rsidR="00EE223E" w:rsidRDefault="00EE223E" w:rsidP="00EE223E">
      <w:r>
        <w:tab/>
        <w:t>Regularly facilitated recovery meetings for incarcerated men</w:t>
      </w:r>
    </w:p>
    <w:p w14:paraId="4D22FE01" w14:textId="3D2BAEEB" w:rsidR="00EE223E" w:rsidRDefault="00EE223E" w:rsidP="00EE223E">
      <w:r>
        <w:t xml:space="preserve">Greater Bridgeport Council of Churches </w:t>
      </w:r>
      <w:r w:rsidR="00244441">
        <w:t xml:space="preserve">                                                                                             East End Baptist Tabernacle Church, Bridgeport CT                                                                       April </w:t>
      </w:r>
      <w:r>
        <w:t>2013-</w:t>
      </w:r>
      <w:r w:rsidR="00244441">
        <w:t xml:space="preserve">September </w:t>
      </w:r>
      <w:r>
        <w:t>2018</w:t>
      </w:r>
    </w:p>
    <w:p w14:paraId="786CECF8" w14:textId="5AAD7369" w:rsidR="00EE223E" w:rsidRDefault="00EE223E" w:rsidP="00304299">
      <w:pPr>
        <w:jc w:val="center"/>
      </w:pPr>
      <w:r>
        <w:t>Worked at weekly su</w:t>
      </w:r>
      <w:r w:rsidR="00447D60">
        <w:t>p</w:t>
      </w:r>
      <w:r>
        <w:t>per program preparing and distributing meals to those in need</w:t>
      </w:r>
    </w:p>
    <w:p w14:paraId="347CCF31" w14:textId="193C2E3E" w:rsidR="00244441" w:rsidRDefault="00EE223E" w:rsidP="00EE223E">
      <w:r>
        <w:t>Natural Stone Institute Board of Directors</w:t>
      </w:r>
      <w:r w:rsidR="00244441">
        <w:t xml:space="preserve">                                                                                          </w:t>
      </w:r>
      <w:bookmarkStart w:id="0" w:name="_Hlk214031807"/>
      <w:r w:rsidR="00244441">
        <w:t>NSI, Oberlin</w:t>
      </w:r>
      <w:r w:rsidR="00304299">
        <w:t>,</w:t>
      </w:r>
      <w:r w:rsidR="00244441">
        <w:t xml:space="preserve"> OH</w:t>
      </w:r>
      <w:bookmarkEnd w:id="0"/>
      <w:r w:rsidR="00244441">
        <w:t xml:space="preserve">                                                                                                                                       January 2016-January 2024</w:t>
      </w:r>
    </w:p>
    <w:p w14:paraId="10FAE823" w14:textId="17A19AF3" w:rsidR="00244441" w:rsidRDefault="00244441" w:rsidP="000E11C6">
      <w:pPr>
        <w:ind w:left="720"/>
      </w:pPr>
      <w:r>
        <w:t>Includes service on executive committee 2020-2023                                                               Service on</w:t>
      </w:r>
      <w:r w:rsidR="000E11C6">
        <w:t xml:space="preserve"> </w:t>
      </w:r>
      <w:r w:rsidR="00304299">
        <w:t xml:space="preserve">various </w:t>
      </w:r>
      <w:r>
        <w:t>committees-Membership, Safety, Education, RISE,  Accreditation</w:t>
      </w:r>
      <w:r w:rsidR="000E11C6">
        <w:t xml:space="preserve"> </w:t>
      </w:r>
      <w:r>
        <w:t>Commission</w:t>
      </w:r>
      <w:r w:rsidR="000E11C6">
        <w:t>, Sustainability</w:t>
      </w:r>
      <w:r>
        <w:t xml:space="preserve">                                                                                                                             One term, 2022, as President</w:t>
      </w:r>
      <w:r w:rsidR="000E11C6">
        <w:t xml:space="preserve">                                                                                                   2022 Person of the Year                                                                                                              Member Mentor 2013-present</w:t>
      </w:r>
    </w:p>
    <w:p w14:paraId="4A9A52A1" w14:textId="14221581" w:rsidR="00C520C0" w:rsidRDefault="00C520C0" w:rsidP="00C520C0">
      <w:r>
        <w:t>Natural Stone Foundation Board of Directors                                                                                    NSI, Oberlin, OH                                                                                                                          January2024---Present</w:t>
      </w:r>
    </w:p>
    <w:p w14:paraId="33B32085" w14:textId="4A2DCD7D" w:rsidR="000E11C6" w:rsidRDefault="000E11C6" w:rsidP="00C520C0">
      <w:pPr>
        <w:ind w:firstLine="720"/>
      </w:pPr>
      <w:r w:rsidRPr="000E11C6">
        <w:rPr>
          <w:b/>
          <w:bCs/>
          <w:sz w:val="26"/>
          <w:szCs w:val="26"/>
        </w:rPr>
        <w:t>Publication</w:t>
      </w:r>
      <w:r>
        <w:rPr>
          <w:b/>
          <w:bCs/>
          <w:sz w:val="26"/>
          <w:szCs w:val="26"/>
        </w:rPr>
        <w:t xml:space="preserve">s                                                                                                                              </w:t>
      </w:r>
      <w:r w:rsidRPr="000E11C6">
        <w:t>Author</w:t>
      </w:r>
      <w:r>
        <w:t>-</w:t>
      </w:r>
      <w:r w:rsidR="00F8181A">
        <w:t xml:space="preserve">                                                                                                                                                        </w:t>
      </w:r>
      <w:bookmarkStart w:id="1" w:name="_Hlk204612065"/>
      <w:r>
        <w:t>“</w:t>
      </w:r>
      <w:r w:rsidRPr="000E11C6">
        <w:rPr>
          <w:i/>
          <w:iCs/>
        </w:rPr>
        <w:t>Stone World</w:t>
      </w:r>
      <w:r>
        <w:t xml:space="preserve">” Magazine                                                                                                                           </w:t>
      </w:r>
      <w:bookmarkEnd w:id="1"/>
      <w:r w:rsidR="00F8181A">
        <w:t>“</w:t>
      </w:r>
      <w:r>
        <w:t xml:space="preserve">Proper Jobsite Behavior for </w:t>
      </w:r>
      <w:r w:rsidR="00F8181A">
        <w:t>F</w:t>
      </w:r>
      <w:r>
        <w:t>abricators</w:t>
      </w:r>
      <w:r w:rsidR="00F8181A">
        <w:t xml:space="preserve">”  </w:t>
      </w:r>
      <w:r>
        <w:t>December 2013</w:t>
      </w:r>
      <w:r w:rsidR="00F8181A">
        <w:t xml:space="preserve">                                                                  “Safety on the Jobsite” October 2014</w:t>
      </w:r>
    </w:p>
    <w:p w14:paraId="48C3A2AC" w14:textId="77777777" w:rsidR="00F8181A" w:rsidRDefault="00F8181A" w:rsidP="00F8181A">
      <w:r>
        <w:lastRenderedPageBreak/>
        <w:t xml:space="preserve">Mentions/Transcriptions/Interviews/Articles About                                                                           </w:t>
      </w:r>
      <w:proofErr w:type="gramStart"/>
      <w:r>
        <w:t xml:space="preserve">   “</w:t>
      </w:r>
      <w:proofErr w:type="gramEnd"/>
      <w:r w:rsidRPr="000E11C6">
        <w:rPr>
          <w:i/>
          <w:iCs/>
        </w:rPr>
        <w:t>Stone World</w:t>
      </w:r>
      <w:r>
        <w:t>” Magazine                                                                                                                            follow the link</w:t>
      </w:r>
      <w:proofErr w:type="gramStart"/>
      <w:r>
        <w:t xml:space="preserve">-  </w:t>
      </w:r>
      <w:r w:rsidRPr="00304299">
        <w:rPr>
          <w:color w:val="0070C0"/>
        </w:rPr>
        <w:t>https://www.stoneworld.com/search?q=ontra</w:t>
      </w:r>
      <w:proofErr w:type="gramEnd"/>
      <w:r>
        <w:t xml:space="preserve">      </w:t>
      </w:r>
    </w:p>
    <w:p w14:paraId="212FB32D" w14:textId="57A4B8BC" w:rsidR="00FA22C9" w:rsidRDefault="00F8181A" w:rsidP="00FA22C9">
      <w:pPr>
        <w:ind w:firstLine="720"/>
      </w:pPr>
      <w:r w:rsidRPr="00F8181A">
        <w:rPr>
          <w:b/>
          <w:bCs/>
          <w:sz w:val="26"/>
          <w:szCs w:val="26"/>
        </w:rPr>
        <w:t>Industry Education Attendance</w:t>
      </w:r>
      <w:r w:rsidR="007D69FD">
        <w:rPr>
          <w:b/>
          <w:bCs/>
          <w:sz w:val="26"/>
          <w:szCs w:val="26"/>
        </w:rPr>
        <w:t>/Speaker/Facilitator</w:t>
      </w:r>
      <w:r w:rsidRPr="00F8181A">
        <w:rPr>
          <w:b/>
          <w:bCs/>
          <w:sz w:val="26"/>
          <w:szCs w:val="26"/>
        </w:rPr>
        <w:t xml:space="preserve"> </w:t>
      </w:r>
      <w:r w:rsidR="00E44335">
        <w:rPr>
          <w:b/>
          <w:bCs/>
          <w:sz w:val="26"/>
          <w:szCs w:val="26"/>
        </w:rPr>
        <w:t xml:space="preserve">                                                                                 </w:t>
      </w:r>
      <w:r w:rsidR="00C564AB">
        <w:t>2011-Present</w:t>
      </w:r>
      <w:r w:rsidR="00C520C0">
        <w:t>--</w:t>
      </w:r>
      <w:r w:rsidR="008F4D84">
        <w:t>A frequent speaker, facilitator, moderator, and presenter at the domestic stone industry trade shows---</w:t>
      </w:r>
      <w:proofErr w:type="spellStart"/>
      <w:r w:rsidR="008F4D84">
        <w:t>StonExpo</w:t>
      </w:r>
      <w:proofErr w:type="spellEnd"/>
      <w:r w:rsidR="008F4D84">
        <w:t xml:space="preserve">/TISE and Coverings.                                                               Topics--many Fabricator/Installer forums. Family business forums. “State of the Stone Industry panels. Safety panels. Social media. Overall, a speaker, panelist, moderator or presenter at over fifty sessions at these three yearly expositions.                                                                                        Speaker at 2017 Xiamen Stone fair in China.                                                                                               Speaker at the 2018 Vitoria Stone Fair in Brazil. </w:t>
      </w:r>
      <w:r w:rsidR="002E53BD">
        <w:t xml:space="preserve">                                                                        </w:t>
      </w:r>
      <w:r w:rsidR="008F4D84">
        <w:t>Marmomac, Verona, Italy</w:t>
      </w:r>
      <w:r w:rsidR="002E53BD">
        <w:t xml:space="preserve">, 2021-2024—various panels.                                                                                    MIA (2006-2017)/NSI (2018-present) Regional Stone Summits (with </w:t>
      </w:r>
      <w:r w:rsidR="002E53BD" w:rsidRPr="002E53BD">
        <w:rPr>
          <w:i/>
          <w:iCs/>
        </w:rPr>
        <w:t>Stone World</w:t>
      </w:r>
      <w:r w:rsidR="002E53BD">
        <w:t xml:space="preserve"> magazine)—Attended over twenty-five, speaker, panelist, and/ or moderator. Lead facilitator at six.                                                                                                                                                               NSI Silica and Slab Handling Safety Certificate Instructor—Taught </w:t>
      </w:r>
      <w:r w:rsidR="00C45BAB">
        <w:t xml:space="preserve">over </w:t>
      </w:r>
      <w:r w:rsidR="002E53BD">
        <w:t xml:space="preserve">ten sessions resulting in 230 plus recipients of the S&amp;SHS Certificate.                                                                                        </w:t>
      </w:r>
      <w:r w:rsidR="00447D60">
        <w:t>2020-present--</w:t>
      </w:r>
      <w:r w:rsidR="002E53BD">
        <w:t>Multiple on-line education panels as an attendee, panelist, and facilitator.</w:t>
      </w:r>
      <w:r w:rsidR="00447D60">
        <w:t xml:space="preserve"> 2013-present—CEU speaker/facilitator for the design/build community. Over fifty CEU sessions</w:t>
      </w:r>
      <w:r w:rsidR="00FA22C9">
        <w:t xml:space="preserve">                                                                                                                                                          2025 ISFA (International Surfaces Fabricators Association) Conference—Facilitated “Safety in the Shop-What You Should Know” session addressing OSHA, Silica, and Slab Handling</w:t>
      </w:r>
    </w:p>
    <w:p w14:paraId="55B60A09" w14:textId="4E4B8267" w:rsidR="00304299" w:rsidRPr="00F8181A" w:rsidRDefault="00FA22C9" w:rsidP="00F8181A">
      <w:r>
        <w:t xml:space="preserve">       </w:t>
      </w:r>
      <w:r w:rsidR="00304299">
        <w:t>Many more….</w:t>
      </w:r>
    </w:p>
    <w:p w14:paraId="5729F7AB" w14:textId="2C2EB62F" w:rsidR="00C45BAB" w:rsidRPr="00C45BAB" w:rsidRDefault="00C45BAB" w:rsidP="00C45BAB">
      <w:pPr>
        <w:pStyle w:val="Heading2"/>
        <w:ind w:firstLine="720"/>
        <w:rPr>
          <w:rFonts w:asciiTheme="minorHAnsi" w:hAnsiTheme="minorHAnsi"/>
          <w:b w:val="0"/>
          <w:bCs w:val="0"/>
          <w:color w:val="auto"/>
        </w:rPr>
      </w:pPr>
      <w:r w:rsidRPr="00C45BAB">
        <w:rPr>
          <w:rFonts w:asciiTheme="minorHAnsi" w:hAnsiTheme="minorHAnsi"/>
          <w:color w:val="auto"/>
        </w:rPr>
        <w:t>Certifications &amp; Training</w:t>
      </w:r>
      <w:r>
        <w:rPr>
          <w:rFonts w:asciiTheme="minorHAnsi" w:hAnsiTheme="minorHAnsi"/>
          <w:b w:val="0"/>
          <w:bCs w:val="0"/>
          <w:color w:val="auto"/>
        </w:rPr>
        <w:t xml:space="preserve">                                                                                 </w:t>
      </w:r>
      <w:r w:rsidRPr="00C45BAB">
        <w:rPr>
          <w:rFonts w:asciiTheme="minorHAnsi" w:hAnsiTheme="minorHAnsi"/>
          <w:b w:val="0"/>
          <w:bCs w:val="0"/>
          <w:color w:val="auto"/>
          <w:sz w:val="24"/>
          <w:szCs w:val="24"/>
        </w:rPr>
        <w:t xml:space="preserve">ISO 45001:2018 Lead Auditor - Occupational Health &amp; Safety </w:t>
      </w:r>
      <w:r>
        <w:rPr>
          <w:rFonts w:asciiTheme="minorHAnsi" w:hAnsiTheme="minorHAnsi"/>
          <w:b w:val="0"/>
          <w:bCs w:val="0"/>
          <w:color w:val="auto"/>
          <w:sz w:val="24"/>
          <w:szCs w:val="24"/>
        </w:rPr>
        <w:t>C</w:t>
      </w:r>
      <w:r w:rsidRPr="00C45BAB">
        <w:rPr>
          <w:rFonts w:asciiTheme="minorHAnsi" w:hAnsiTheme="minorHAnsi"/>
          <w:b w:val="0"/>
          <w:bCs w:val="0"/>
          <w:color w:val="auto"/>
          <w:sz w:val="24"/>
          <w:szCs w:val="24"/>
        </w:rPr>
        <w:t>ertification</w:t>
      </w:r>
      <w:r>
        <w:rPr>
          <w:rFonts w:asciiTheme="minorHAnsi" w:hAnsiTheme="minorHAnsi"/>
          <w:b w:val="0"/>
          <w:bCs w:val="0"/>
          <w:color w:val="auto"/>
          <w:sz w:val="24"/>
          <w:szCs w:val="24"/>
        </w:rPr>
        <w:t xml:space="preserve"> </w:t>
      </w:r>
    </w:p>
    <w:p w14:paraId="42F2E2EE" w14:textId="25C2D1C0" w:rsidR="00C45BAB" w:rsidRDefault="00656D54" w:rsidP="006F3C4F">
      <w:r>
        <w:t>Natural Stone Institute (formerly Marble Institute of America) Residential Fabricator Accreditation—2016 to present</w:t>
      </w:r>
      <w:r w:rsidR="00447D60">
        <w:t xml:space="preserve">                                                                                                                   OSHA 10 2006                                                                                                                                                       ConnOSHA voluntary inspections of my business 2016, 2019, 2023</w:t>
      </w:r>
      <w:r>
        <w:br/>
        <w:t xml:space="preserve">NSI/MIA online trainings--                                                                                                                    </w:t>
      </w:r>
      <w:r w:rsidR="00F8181A">
        <w:t xml:space="preserve">  </w:t>
      </w:r>
      <w:r>
        <w:t xml:space="preserve"> CEU speaker refresher--2013, 2015, 2017, 2019, 2021, 2023, 2025                                          Safe Slab Handling Overview 2015, 2018, 2020, 2023</w:t>
      </w:r>
      <w:r w:rsidR="00A42575">
        <w:t xml:space="preserve">                                                           </w:t>
      </w:r>
      <w:r>
        <w:t>Overview of Installation Safety 201</w:t>
      </w:r>
      <w:r w:rsidR="00A42575">
        <w:t xml:space="preserve">4, 2018, 2020, 2023                                                        Creating a Stone Industry Safety Program 2015, 2020, 2023                                                          No Place For Complacency—Keep Safety Active 2020, 2023                                                                  Safety Excellence with OSHA’s SHARP Program 2023                                                  Requirements for Personal Protection Equipment 2017, 2020, 2023                                 </w:t>
      </w:r>
      <w:r w:rsidR="00A42575" w:rsidRPr="00A42575">
        <w:t>Silicosis: An Industry Guide to Awareness and Prevention</w:t>
      </w:r>
      <w:r w:rsidR="00A42575">
        <w:t xml:space="preserve"> 2020, 2023                                  </w:t>
      </w:r>
      <w:r w:rsidR="00A42575" w:rsidRPr="00A42575">
        <w:t>Silica Exposure &amp; Employee Safety</w:t>
      </w:r>
      <w:r w:rsidR="00A42575">
        <w:t xml:space="preserve"> 2020, 2023                                                               </w:t>
      </w:r>
      <w:r w:rsidR="00A42575" w:rsidRPr="00A42575">
        <w:t>Implementing a Silica Exposure Control Plan</w:t>
      </w:r>
      <w:r w:rsidR="00A42575">
        <w:t xml:space="preserve"> 2020, 2023                                                           </w:t>
      </w:r>
      <w:r w:rsidR="00A42575" w:rsidRPr="00A42575">
        <w:t>OSHA Voluntary On-Site Consultation</w:t>
      </w:r>
      <w:r w:rsidR="00A42575">
        <w:t xml:space="preserve"> 2023                                                                                        </w:t>
      </w:r>
      <w:r w:rsidR="00A42575">
        <w:lastRenderedPageBreak/>
        <w:t>Safe Slab Handling: Slings and Clamps 2020, 2023</w:t>
      </w:r>
      <w:r w:rsidR="006F3C4F">
        <w:t xml:space="preserve">                                                                            </w:t>
      </w:r>
      <w:r w:rsidR="00A42575">
        <w:t>Safe Slab Handling: Overhead Cranes</w:t>
      </w:r>
      <w:r w:rsidR="006F3C4F">
        <w:t xml:space="preserve"> </w:t>
      </w:r>
      <w:bookmarkStart w:id="2" w:name="_Hlk204609406"/>
      <w:r w:rsidR="006F3C4F">
        <w:t>2020, 2023</w:t>
      </w:r>
      <w:bookmarkEnd w:id="2"/>
      <w:r w:rsidR="006F3C4F">
        <w:t xml:space="preserve">                                                                               </w:t>
      </w:r>
      <w:r w:rsidR="00A42575">
        <w:t>Safe Slab Handling: Flatbed Trucks</w:t>
      </w:r>
      <w:r w:rsidR="006F3C4F">
        <w:t xml:space="preserve"> </w:t>
      </w:r>
      <w:r w:rsidR="006F3C4F" w:rsidRPr="006F3C4F">
        <w:t>2020, 2023</w:t>
      </w:r>
      <w:r w:rsidR="006F3C4F">
        <w:t xml:space="preserve">                                                                                      </w:t>
      </w:r>
      <w:r w:rsidR="00A42575">
        <w:t>Safe Slab Handling: Containers</w:t>
      </w:r>
      <w:r w:rsidR="006F3C4F">
        <w:t xml:space="preserve"> </w:t>
      </w:r>
      <w:r w:rsidR="006F3C4F" w:rsidRPr="006F3C4F">
        <w:t>2020, 2023</w:t>
      </w:r>
      <w:r w:rsidR="006F3C4F">
        <w:t xml:space="preserve">                                                                                         </w:t>
      </w:r>
      <w:r w:rsidR="00A42575">
        <w:t>Safe Slab Handling: Forklifts</w:t>
      </w:r>
      <w:r w:rsidR="006F3C4F">
        <w:t xml:space="preserve"> </w:t>
      </w:r>
      <w:r w:rsidR="006F3C4F" w:rsidRPr="006F3C4F">
        <w:t>2020, 2023</w:t>
      </w:r>
      <w:r w:rsidR="006F3C4F">
        <w:t xml:space="preserve">                                                                                                  </w:t>
      </w:r>
      <w:r w:rsidR="00A42575">
        <w:t>Safe Slab Handling: Employee &amp; Customer Training</w:t>
      </w:r>
      <w:r w:rsidR="006F3C4F">
        <w:t xml:space="preserve"> </w:t>
      </w:r>
      <w:r w:rsidR="006F3C4F" w:rsidRPr="006F3C4F">
        <w:t>2020, 2023</w:t>
      </w:r>
      <w:r w:rsidR="006F3C4F">
        <w:t xml:space="preserve">                                                         </w:t>
      </w:r>
      <w:r w:rsidR="00A42575">
        <w:t>Safe Slab Handing: Fall Shadow</w:t>
      </w:r>
      <w:r w:rsidR="006F3C4F">
        <w:t xml:space="preserve"> </w:t>
      </w:r>
      <w:r w:rsidR="006F3C4F" w:rsidRPr="006F3C4F">
        <w:t>2020, 2023</w:t>
      </w:r>
      <w:r w:rsidR="006F3C4F">
        <w:t xml:space="preserve">                                                                                      </w:t>
      </w:r>
      <w:r w:rsidR="006F3C4F" w:rsidRPr="006F3C4F">
        <w:t>Silica &amp; Slab Safety Certificate</w:t>
      </w:r>
      <w:r w:rsidR="006F3C4F">
        <w:t xml:space="preserve"> 2023, 2024-</w:t>
      </w:r>
      <w:r w:rsidR="00C45BAB">
        <w:t xml:space="preserve">Over </w:t>
      </w:r>
      <w:r w:rsidR="006F3C4F">
        <w:t xml:space="preserve">10 times as I was an instructor to over 230                                               recipients throughout </w:t>
      </w:r>
      <w:r w:rsidR="00536680">
        <w:t>2024</w:t>
      </w:r>
      <w:r w:rsidR="00C45BAB">
        <w:t xml:space="preserve">                                                                                                                       </w:t>
      </w:r>
    </w:p>
    <w:p w14:paraId="4BDE01C0" w14:textId="7E76A6FF" w:rsidR="00304299" w:rsidRDefault="00304299" w:rsidP="006F3C4F">
      <w:r>
        <w:t>Many more….</w:t>
      </w:r>
    </w:p>
    <w:p w14:paraId="7F8B3582" w14:textId="77777777" w:rsidR="008349AC" w:rsidRPr="006F3C4F" w:rsidRDefault="00C45BAB" w:rsidP="00C520C0">
      <w:pPr>
        <w:pStyle w:val="Heading2"/>
        <w:ind w:firstLine="720"/>
        <w:rPr>
          <w:rFonts w:asciiTheme="minorHAnsi" w:hAnsiTheme="minorHAnsi"/>
          <w:color w:val="auto"/>
        </w:rPr>
      </w:pPr>
      <w:r w:rsidRPr="006F3C4F">
        <w:rPr>
          <w:rFonts w:asciiTheme="minorHAnsi" w:hAnsiTheme="minorHAnsi"/>
          <w:color w:val="auto"/>
        </w:rPr>
        <w:t>References</w:t>
      </w:r>
    </w:p>
    <w:p w14:paraId="1A90C041" w14:textId="77777777" w:rsidR="008349AC" w:rsidRDefault="00C45BAB">
      <w:r>
        <w:t>Available upon request.</w:t>
      </w:r>
    </w:p>
    <w:sectPr w:rsidR="008349A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8004770">
    <w:abstractNumId w:val="8"/>
  </w:num>
  <w:num w:numId="2" w16cid:durableId="80686622">
    <w:abstractNumId w:val="6"/>
  </w:num>
  <w:num w:numId="3" w16cid:durableId="2091462812">
    <w:abstractNumId w:val="5"/>
  </w:num>
  <w:num w:numId="4" w16cid:durableId="2096589836">
    <w:abstractNumId w:val="4"/>
  </w:num>
  <w:num w:numId="5" w16cid:durableId="1931741345">
    <w:abstractNumId w:val="7"/>
  </w:num>
  <w:num w:numId="6" w16cid:durableId="13116964">
    <w:abstractNumId w:val="3"/>
  </w:num>
  <w:num w:numId="7" w16cid:durableId="2081629940">
    <w:abstractNumId w:val="2"/>
  </w:num>
  <w:num w:numId="8" w16cid:durableId="1336153022">
    <w:abstractNumId w:val="1"/>
  </w:num>
  <w:num w:numId="9" w16cid:durableId="740717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BC1"/>
    <w:rsid w:val="00034616"/>
    <w:rsid w:val="0006063C"/>
    <w:rsid w:val="000E11C6"/>
    <w:rsid w:val="00105C63"/>
    <w:rsid w:val="0015074B"/>
    <w:rsid w:val="00204322"/>
    <w:rsid w:val="00244441"/>
    <w:rsid w:val="0029639D"/>
    <w:rsid w:val="002E53BD"/>
    <w:rsid w:val="00304299"/>
    <w:rsid w:val="00326F90"/>
    <w:rsid w:val="00370253"/>
    <w:rsid w:val="00447D60"/>
    <w:rsid w:val="00480B06"/>
    <w:rsid w:val="004B537D"/>
    <w:rsid w:val="00536680"/>
    <w:rsid w:val="0054198E"/>
    <w:rsid w:val="005F771B"/>
    <w:rsid w:val="00630CC1"/>
    <w:rsid w:val="00656D54"/>
    <w:rsid w:val="006C3BAD"/>
    <w:rsid w:val="006F3C4F"/>
    <w:rsid w:val="00773B9B"/>
    <w:rsid w:val="007D69FD"/>
    <w:rsid w:val="008349AC"/>
    <w:rsid w:val="008F4D84"/>
    <w:rsid w:val="00911016"/>
    <w:rsid w:val="009C0EB8"/>
    <w:rsid w:val="00A42575"/>
    <w:rsid w:val="00A430E9"/>
    <w:rsid w:val="00A67096"/>
    <w:rsid w:val="00AA1D8D"/>
    <w:rsid w:val="00B24F3B"/>
    <w:rsid w:val="00B47730"/>
    <w:rsid w:val="00BD7CA1"/>
    <w:rsid w:val="00C14A57"/>
    <w:rsid w:val="00C45BAB"/>
    <w:rsid w:val="00C520C0"/>
    <w:rsid w:val="00C564AB"/>
    <w:rsid w:val="00CB0664"/>
    <w:rsid w:val="00D62BCD"/>
    <w:rsid w:val="00D66C01"/>
    <w:rsid w:val="00E44335"/>
    <w:rsid w:val="00EE223E"/>
    <w:rsid w:val="00F80F6F"/>
    <w:rsid w:val="00F8181A"/>
    <w:rsid w:val="00F83C3E"/>
    <w:rsid w:val="00FA22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B1EEB9"/>
  <w14:defaultImageDpi w14:val="300"/>
  <w15:docId w15:val="{10BB21D3-A22F-47B9-9219-9FD4A5DE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1412</Words>
  <Characters>9461</Characters>
  <Application>Microsoft Office Word</Application>
  <DocSecurity>0</DocSecurity>
  <Lines>255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Buddy Ontra</cp:lastModifiedBy>
  <cp:revision>7</cp:revision>
  <cp:lastPrinted>2025-09-23T20:33:00Z</cp:lastPrinted>
  <dcterms:created xsi:type="dcterms:W3CDTF">2025-07-28T23:25:00Z</dcterms:created>
  <dcterms:modified xsi:type="dcterms:W3CDTF">2026-02-11T18:27:00Z</dcterms:modified>
  <cp:category/>
</cp:coreProperties>
</file>